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F8" w:rsidRPr="00C57B13" w:rsidRDefault="00C57B13">
      <w:pPr>
        <w:spacing w:after="2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Конспект игрового занятия по звуковой культуре речи (ЗКР</w:t>
      </w:r>
      <w:proofErr w:type="gramStart"/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br/>
        <w:t>«</w:t>
      </w:r>
      <w:proofErr w:type="gramEnd"/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В гостях у Свистящей песенки и Звонкого звоночка»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Возрастная категория: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Средняя группа (4–5 лет) с вариантами усложнения для старшей группы (5–6 лет).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 занятия: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Дифференциация звуков [С] и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[З].</w:t>
      </w:r>
    </w:p>
    <w:p w:rsidR="00071FF8" w:rsidRPr="00C57B13" w:rsidRDefault="00C57B13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1. Цели и задачи занятия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Образовательные задачи: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Учить детей четко произносить и различать на слух звуки [С] и [З] в изолированном виде, в слогах, словах и фразах.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Для старшей группы: Закреплять понятия «согласный звук», «глухой звук», «звонкий звук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Учить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определять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позицию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звука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в слове (начало, середина, конец).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Развивающие задачи: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Развивать фонематический слух, речевое дыхание, внимание, память и мелкую моторику органов артикуляции.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Формировать навыки контроля над собственным произношением чер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ез тактильно-визуальные ощущения.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</w:rPr>
      </w:pPr>
      <w:proofErr w:type="spellStart"/>
      <w:r w:rsidRPr="00C57B13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proofErr w:type="spellEnd"/>
      <w:r w:rsidRPr="00C57B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spellEnd"/>
      <w:r w:rsidRPr="00C57B13">
        <w:rPr>
          <w:rFonts w:ascii="Times New Roman" w:hAnsi="Times New Roman" w:cs="Times New Roman"/>
          <w:b/>
          <w:sz w:val="24"/>
          <w:szCs w:val="24"/>
        </w:rPr>
        <w:t>: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Воспитать культуру речевого общения, умение внимательно слушать педагога и ответы других детей.</w:t>
      </w:r>
    </w:p>
    <w:p w:rsidR="00071FF8" w:rsidRPr="00C57B13" w:rsidRDefault="00C57B13">
      <w:pPr>
        <w:keepNext/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2. Оборудование и материалы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Демонстрационный материал: игрушки или крупные изображения Насоса и Комар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ика (альтернатива: персонажи Собачка Соня и Зайка Зоя).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Карточки-домики: два синих домика (один с изображением колокольчика — звонкий, второй без колокольчика — глухой).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Предметные картинки: слон, заяц, собака, зонт, санки, замок, ваза, коса.</w:t>
      </w:r>
    </w:p>
    <w:p w:rsidR="00071FF8" w:rsidRPr="00C57B13" w:rsidRDefault="00C57B13">
      <w:pPr>
        <w:keepNext/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3. Сравните</w:t>
      </w:r>
      <w:r w:rsidRPr="00C57B13">
        <w:rPr>
          <w:rFonts w:ascii="Times New Roman" w:hAnsi="Times New Roman" w:cs="Times New Roman"/>
          <w:b/>
          <w:sz w:val="24"/>
          <w:szCs w:val="24"/>
        </w:rPr>
        <w:t>льный анализ задач по группам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071FF8" w:rsidRPr="00C57B13">
        <w:trPr>
          <w:jc w:val="center"/>
        </w:trPr>
        <w:tc>
          <w:tcPr>
            <w:tcW w:w="336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1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Критерий</w:t>
            </w:r>
          </w:p>
        </w:tc>
        <w:tc>
          <w:tcPr>
            <w:tcW w:w="336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1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Средняя группа (4–5 лет)</w:t>
            </w:r>
          </w:p>
        </w:tc>
        <w:tc>
          <w:tcPr>
            <w:tcW w:w="3360" w:type="dxa"/>
            <w:shd w:val="clear" w:color="auto" w:fill="4F81B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1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Старшая группа (5–6 лет)</w:t>
            </w:r>
          </w:p>
        </w:tc>
      </w:tr>
      <w:tr w:rsidR="00071FF8" w:rsidRPr="00C57B13">
        <w:trPr>
          <w:jc w:val="center"/>
        </w:trPr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</w:rPr>
              <w:t>Основная задача</w:t>
            </w:r>
          </w:p>
        </w:tc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звуков на слух, изолированное повторение, различение в простых словах.</w:t>
            </w:r>
          </w:p>
        </w:tc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Четкое произношение в сложной фразовой речи, определение позиции </w:t>
            </w: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звука в слове.</w:t>
            </w:r>
          </w:p>
        </w:tc>
      </w:tr>
      <w:tr w:rsidR="00071FF8" w:rsidRPr="00C57B13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B13">
              <w:rPr>
                <w:rFonts w:ascii="Times New Roman" w:hAnsi="Times New Roman" w:cs="Times New Roman"/>
                <w:sz w:val="24"/>
                <w:szCs w:val="24"/>
              </w:rPr>
              <w:t>Образы-ассоциации</w:t>
            </w:r>
            <w:proofErr w:type="spellEnd"/>
          </w:p>
        </w:tc>
        <w:tc>
          <w:tcPr>
            <w:tcW w:w="33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Звук [С] — водичка бежит («С-с-с»), звук [З] — комар </w:t>
            </w: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звенит («З-з-з»).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Звуки анализируются как глухой (горлышко спит) и </w:t>
            </w: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звонкий (горлышко дрожит).</w:t>
            </w:r>
          </w:p>
        </w:tc>
      </w:tr>
      <w:tr w:rsidR="00071FF8" w:rsidRPr="00C57B13">
        <w:trPr>
          <w:jc w:val="center"/>
        </w:trPr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Игровой</w:t>
            </w:r>
            <w:proofErr w:type="spellEnd"/>
            <w:r w:rsidRPr="00C57B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B13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Игры с картинками-звукоподражаниями, простые </w:t>
            </w:r>
            <w:proofErr w:type="spellStart"/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чистоговорки</w:t>
            </w:r>
            <w:proofErr w:type="spellEnd"/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1FF8" w:rsidRPr="00C57B13" w:rsidRDefault="00C57B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B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Словесные игры без опоры на картинки, скороговорки, деление слов на слоги.</w:t>
            </w:r>
          </w:p>
        </w:tc>
      </w:tr>
    </w:tbl>
    <w:p w:rsidR="00071FF8" w:rsidRPr="00C57B13" w:rsidRDefault="00C57B13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4. Ход занятия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I</w:t>
      </w: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. Вводная часть (Организационный момент)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Ребята, сегодня к нам в гости пришли два друга. Посмотрите, кто это? (Педагог демонстрирует изоб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ражения Насоса и Комарика). Насос поет свою песенку, когда работает: «С-с-с-с» (как будто холодная водичка льется или легкий ветерок дует). Давайте повторим эту песенку вместе! А Комарик поет другую песенку: «З-з-з-з» (он весело летает и звенит). Давайте </w:t>
      </w:r>
      <w:proofErr w:type="spellStart"/>
      <w:r w:rsidRPr="00C57B13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ожжужим</w:t>
      </w:r>
      <w:proofErr w:type="spellEnd"/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как комарики!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II</w:t>
      </w: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. Основная часть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Артикуляционная и дыхательная гимнастика. 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Чтобы наши язычки красиво пели эти песенки, давайте сделаем разминку.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Упражнение «Улыбка» (удерживаем губы в широкой улыбке, обнажая зубы).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Упражнение «Забор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чик» (зубы сомкнуты, губы в улыбке).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Упражнение «Лопаточка» (расслабленный широкий язык лежит на нижней губе).</w:t>
      </w:r>
    </w:p>
    <w:p w:rsidR="00071FF8" w:rsidRPr="00C57B13" w:rsidRDefault="00C57B13">
      <w:pPr>
        <w:spacing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Контроль дыхания: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Давайте поднесем ладошку ко рту и подуем. Когда мы произносим «С-с-с» — струя воздуха холодная, как ветерок. Попробуйте.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Упражнение «Включи горлышко» (тактильный контроль). 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Приложите ладошку к своему горлышку, где живет голос.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Давайте споем песенку Насоса: «С-с-с». Горлышко спит? Да, оно молчит, домик не дрожит.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Звук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[С] —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тихий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>, глухой.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А теперь песенку Кома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ра: «З-з-з». Что делает горлышко? Оно проснулось, вибрирует, работает моторчик!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Звук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[З] —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громкий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>, звонкий.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3. Дидактическая игра «Поймай звук» (развитие слуха). 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Сейчас я буду называть звуки и слова, а вы будьте внимательны.</w:t>
      </w:r>
    </w:p>
    <w:p w:rsidR="00071FF8" w:rsidRPr="00C57B13" w:rsidRDefault="00C57B13">
      <w:pPr>
        <w:spacing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Для средней групп</w:t>
      </w: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ы: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Дети хлопают в ладоши, только когда слышат звук Комара [З] среди ряда других звуков: С, З, М, С, З, К, З, С.</w:t>
      </w:r>
    </w:p>
    <w:p w:rsidR="00071FF8" w:rsidRPr="00C57B13" w:rsidRDefault="00C57B13">
      <w:pPr>
        <w:spacing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старшей группы (усложнение):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Педагог называет слова. Если в слове слышится звук [С] — дети прячут руки за спину. Если слышится звук [З] — по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днимают руки вверх. (Слова: Санки, Зонтик, Сок, Замок, Суп, Зебра, Коса, Коза).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Физкультминутка «Заинька и Самолет»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Текст движениями: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На болоте заинька пляшет, (Дети прыгают на </w:t>
      </w:r>
      <w:proofErr w:type="gramStart"/>
      <w:r w:rsidRPr="00C57B13">
        <w:rPr>
          <w:rFonts w:ascii="Times New Roman" w:hAnsi="Times New Roman" w:cs="Times New Roman"/>
          <w:sz w:val="24"/>
          <w:szCs w:val="24"/>
          <w:lang w:val="ru-RU"/>
        </w:rPr>
        <w:t>месте)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Длинными</w:t>
      </w:r>
      <w:proofErr w:type="gramEnd"/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ушками машет: «З-з-з!» (Прикладывают руки к голове, имитируя уш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и, и </w:t>
      </w:r>
      <w:proofErr w:type="gramStart"/>
      <w:r w:rsidRPr="00C57B13">
        <w:rPr>
          <w:rFonts w:ascii="Times New Roman" w:hAnsi="Times New Roman" w:cs="Times New Roman"/>
          <w:sz w:val="24"/>
          <w:szCs w:val="24"/>
          <w:lang w:val="ru-RU"/>
        </w:rPr>
        <w:t>жужжат)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lastRenderedPageBreak/>
        <w:t>А</w:t>
      </w:r>
      <w:proofErr w:type="gramEnd"/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над ним летит самолет, (Разводят руки в стороны)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Отправляется в полет: «С-с-с!» (Слегка приседают и свистят)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Игра «Рассели по домикам». 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На доске прикреплены два домика. На одном нарисован Насос (символ звука [С]), на другом —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Комарик (символ звука [З]). </w:t>
      </w:r>
      <w:r w:rsidRPr="00C57B13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меня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есть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B13">
        <w:rPr>
          <w:rFonts w:ascii="Times New Roman" w:hAnsi="Times New Roman" w:cs="Times New Roman"/>
          <w:sz w:val="24"/>
          <w:szCs w:val="24"/>
        </w:rPr>
        <w:t>карточки</w:t>
      </w:r>
      <w:proofErr w:type="spellEnd"/>
      <w:r w:rsidRPr="00C57B13">
        <w:rPr>
          <w:rFonts w:ascii="Times New Roman" w:hAnsi="Times New Roman" w:cs="Times New Roman"/>
          <w:sz w:val="24"/>
          <w:szCs w:val="24"/>
        </w:rPr>
        <w:t>, их нужно расселить.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Дети по очереди берут картинку (слон, заяц, собака, зонт, санки, замок, ваза, коса), четко произносят слово и прикрепляют к соответствующему домику.</w:t>
      </w:r>
    </w:p>
    <w:p w:rsidR="00071FF8" w:rsidRPr="00C57B13" w:rsidRDefault="00C57B13">
      <w:pPr>
        <w:pStyle w:val="a0"/>
        <w:spacing w:after="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sz w:val="24"/>
          <w:szCs w:val="24"/>
          <w:lang w:val="ru-RU"/>
        </w:rPr>
        <w:t>Для старшей группы (усложнение): Доп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олнительно определить, где находится звук — в начале слова или в середине (</w:t>
      </w:r>
      <w:proofErr w:type="gramStart"/>
      <w:r w:rsidRPr="00C57B13">
        <w:rPr>
          <w:rFonts w:ascii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C57B13">
        <w:rPr>
          <w:rFonts w:ascii="Times New Roman" w:hAnsi="Times New Roman" w:cs="Times New Roman"/>
          <w:sz w:val="24"/>
          <w:szCs w:val="24"/>
          <w:lang w:val="ru-RU"/>
        </w:rPr>
        <w:t>: в слове «Ваза» звук [З] спрятался в середине).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5. Речевой материал (</w:t>
      </w:r>
      <w:proofErr w:type="spellStart"/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Чистоговорки</w:t>
      </w:r>
      <w:proofErr w:type="spellEnd"/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). 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Давайте повторим за мной веселые строчки.</w:t>
      </w:r>
    </w:p>
    <w:p w:rsidR="00071FF8" w:rsidRPr="00C57B13" w:rsidRDefault="00C57B13">
      <w:pPr>
        <w:spacing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Вариант для средней группы: </w:t>
      </w:r>
      <w:proofErr w:type="spellStart"/>
      <w:r w:rsidRPr="00C57B13">
        <w:rPr>
          <w:rFonts w:ascii="Times New Roman" w:hAnsi="Times New Roman" w:cs="Times New Roman"/>
          <w:sz w:val="24"/>
          <w:szCs w:val="24"/>
          <w:lang w:val="ru-RU"/>
        </w:rPr>
        <w:t>Са-са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-са</w:t>
      </w:r>
      <w:proofErr w:type="spellEnd"/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— на траве сидит оса.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За-за-за — на лугу стоит коза.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Су-су-су — мы гуляли во лесу.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C57B13">
        <w:rPr>
          <w:rFonts w:ascii="Times New Roman" w:hAnsi="Times New Roman" w:cs="Times New Roman"/>
          <w:sz w:val="24"/>
          <w:szCs w:val="24"/>
          <w:lang w:val="ru-RU"/>
        </w:rPr>
        <w:t>Зу-зу-зу</w:t>
      </w:r>
      <w:proofErr w:type="spellEnd"/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— мы кормили ту козу.</w:t>
      </w:r>
    </w:p>
    <w:p w:rsidR="00071FF8" w:rsidRPr="00C57B13" w:rsidRDefault="00C57B13">
      <w:pPr>
        <w:spacing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Вариант для старшей группы: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У Сани и Зои сани едут сами.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Зина купила в магазине резину.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br/>
        <w:t>Решила лиса: «Схожу-ка я в леса, там живет коза».</w:t>
      </w:r>
    </w:p>
    <w:p w:rsidR="00071FF8" w:rsidRPr="00C57B13" w:rsidRDefault="00C57B13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</w:rPr>
        <w:t>III</w:t>
      </w: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>. Заключительная часть (Рефлексия)</w:t>
      </w:r>
    </w:p>
    <w:p w:rsidR="00071FF8" w:rsidRPr="00C57B13" w:rsidRDefault="00C57B13">
      <w:pPr>
        <w:spacing w:after="80"/>
        <w:rPr>
          <w:rFonts w:ascii="Times New Roman" w:hAnsi="Times New Roman" w:cs="Times New Roman"/>
          <w:sz w:val="24"/>
          <w:szCs w:val="24"/>
          <w:lang w:val="ru-RU"/>
        </w:rPr>
      </w:pPr>
      <w:r w:rsidRPr="00C57B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Воспитатель: 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>Кто приходил к нам сегодня в гости? Чем отличается песенка Комарика от песенки Насоса? Какое задание вам понравилось больше всего? Вы отлично справились со всеми играми! Комарик и Насос дарят вам на память</w:t>
      </w:r>
      <w:r w:rsidRPr="00C57B13">
        <w:rPr>
          <w:rFonts w:ascii="Times New Roman" w:hAnsi="Times New Roman" w:cs="Times New Roman"/>
          <w:sz w:val="24"/>
          <w:szCs w:val="24"/>
          <w:lang w:val="ru-RU"/>
        </w:rPr>
        <w:t xml:space="preserve"> наклей</w:t>
      </w:r>
      <w:r>
        <w:rPr>
          <w:rFonts w:ascii="Times New Roman" w:hAnsi="Times New Roman" w:cs="Times New Roman"/>
          <w:sz w:val="24"/>
          <w:szCs w:val="24"/>
          <w:lang w:val="ru-RU"/>
        </w:rPr>
        <w:t>ки-звездочки за отличную работу.</w:t>
      </w:r>
      <w:bookmarkStart w:id="0" w:name="_GoBack"/>
      <w:bookmarkEnd w:id="0"/>
    </w:p>
    <w:sectPr w:rsidR="00071FF8" w:rsidRPr="00C57B13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1FF8"/>
    <w:rsid w:val="0015074B"/>
    <w:rsid w:val="0029639D"/>
    <w:rsid w:val="00326F90"/>
    <w:rsid w:val="00AA1D8D"/>
    <w:rsid w:val="00B47730"/>
    <w:rsid w:val="00C57B1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29E0458-A434-4BA3-9B23-526FF378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5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57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BF83FD-D6A6-4F8C-AA59-D2650DFD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cp:lastPrinted>2026-09-20T04:17:00Z</cp:lastPrinted>
  <dcterms:created xsi:type="dcterms:W3CDTF">2013-12-23T23:15:00Z</dcterms:created>
  <dcterms:modified xsi:type="dcterms:W3CDTF">2026-09-20T04:19:00Z</dcterms:modified>
  <cp:category/>
</cp:coreProperties>
</file>